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צליל פותח וסוגר, לספור הברות ולמצוא חרוז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הסבב בתחנות ואת תפקידי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עבודה עצמאית ובדיקה עצמית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קול של עכבר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בודקים לבד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צלצול או מוזיקה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3-4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המשחק בפתיחה על השטיח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מגיעה לשלוש תחנות, ולשתי הנוספות בשבוע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תפקיד אחראי/ת הציוד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בדיפרנציאציה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 את כרטיס הכללים ודואג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(מודיע כשנשארו שתי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(בודק בסוף כל סבב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(מחזיר את הכרטיסים למעטפה)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 לכיתה מה למדו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לבד ברצועת הבדיקה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הכרטיסים חזרה במעטפה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חתול-תרנגול, כדור-ציפור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מילה מתאימה שמתחילה באות ל עם ציור קשור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זיהוי צליל פותח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תפקיד הבודק/ת ברצועת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רגשי קצר על החוויה בתחנות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בישיבה במעגל לפני תחילת הסבב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השאלות לקוראים מתחילים ולתת כרטיסים עם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הדף אפשר לקשר לכרטיס היציאה האמיתי של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מרכזוני לשון בסבב (א׳-ב׳)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התלמידים עוברים בין תחנות קטנות (מרכזונים) ומתרגלים צלילים, הברות, חרוזים, קריאה וכתיבה. בדף הזה נתרגל את מה שקורה בכל שלב של השיעור.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 על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אורכת כל תחנה בסבב (כולל בדיקה)?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כלל מזכירים לפני הסבב?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של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של עכבר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בסוף כל סבב?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 לבד ברצועת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מודיע שצריך לעבור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דפיקה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צלצול או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בשם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ילדים יש בכל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בפתיחת השיעור משחקים במשחק "אני רואה משהו שמתחיל בצליל..."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שיעור אחד כל קבוצה מגיעה לחמש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"בודק/ת" אחראי להחזיר את הכרטיסים למעטפה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עולים חדשים עובדים בזוג עם חבר דובר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 בסוף כל סבב עם פס הבדיקה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 את כרטיס הכללים ודואג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מודיע כשנשארו שתי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לכיתה מה למדו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מחזיר את הכרטיסים למעטפה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בפתיחה משחקים ״אני רואה משהו שמתחיל ב__________״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סופרים הברות במילה באמצעות __________ כפיים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חשוב בתחנה: לדבר בקול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מעבר בין התחנות נעשה עם כיוון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לבד ברצועת הבדיקה העצמית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הכרטיסים חזרה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כרטיס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במרכזון כשבע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זוגות של מילים מתחרזות, כמו בתחנת למסיימים מהר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שמתחילה באות ל, כמו בכרטיס היציאה, וציירו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שמתחילה באותו צליל כמו השם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עשה ה"בודק" או ה"בודקת" בתחנה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ציירו 🙂 או 😐 - איך הרגשתם בתחנות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מרכזוני לשון בסבב (א׳-ב׳)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