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וסוגר, לספור הברות ולמצוא חרוז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הסבב בתחנות ואת תפקידי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עבודה עצמאית ובדיקה עצמית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קול של עכבר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בודקים לבד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צלצול או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המשחק בפתיחה על השטיח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מגיעה לשלוש תחנות, ולשתי הנוספות בשבוע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תפקיד אחראי/ת הציוד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בדיפרנציאציה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(מודיע כשנשארו שתי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בסוף כל סבב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(מחזיר את הכרטיסים למעטפה)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(מספר לכיתה מה למדו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לבד ברצועת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הכרטיסים חזרה במעטפה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חתול-תרנגול, כדור-ציפור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מתאימה שמתחילה באות ל עם ציור קשור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זיהוי צליל 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תפקיד הבודק/ת ברצועת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רגשי קצר על החוויה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בישיבה במעגל לפני תחילת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השאלות לקוראים מתחילים ולתת כרטיסים עם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הדף אפשר לקשר לכרטיס היציאה האמיתי של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יש תחנות קטנות. בכל תחנה משחקים ולומדים משהו על אותיות ומילים. הדף הזה עוזר לזכור מה עושים בכל תחנה.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מַרְכֵּזוֹן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פינה קטנה עם משחק לימוד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סַבָּב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מתחנה לתחנה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תַּחֲנָה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משחק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חָרוּז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שנשמעות דומה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במילה, סופרים במחיאת כף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צְלִיל פּוֹתֵחַ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הראשון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בְּדִיקָה עַצְמִית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לבד אם שיחקנו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כַּרְטִיס יְצִיאָה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שממלאים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מדברים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של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של עכבר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אחרי המשחק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לבד ברצועת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יודעים מתי לעבור?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דפיקה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צלצול או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בשם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ילדים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משחקים במשחק "אני רואה משהו שמתחיל בצליל..."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שיעור אחד כל קבוצה מגיעה לחמש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"בודק/ת" אחראי להחזיר את הכרטיסים למעטפה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עולים חדשים עובדים בזוג עם חבר דובר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לכיתה מה למדו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 את כרטיס הכללים ודואג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מודיע כשנשארו שתי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בסוף כל סבב עם פס הבדיקה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מחזיר את הכרטיסים למעטפה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בפתיחה משחקים ״אני רואה משהו שמתחיל ב__________״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סופרים הברות במילה באמצעות __________ כפיים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בתחנה: לדבר בקול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מעבר בין התחנות נעשה עם כיוון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במרכזון כשבע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הכרטיסים חזרה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כרטיס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לבד ברצועת הבדיקה העצמית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מתחרזות, כמו בתחנת למסיימים מהר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שמתחילה באות ל, כמו בכרטיס היציאה, וציירו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באותו צליל כמו השם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ה"בודק" או ה"בודקת" בתחנה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🙂 או 😐 - איך הרגשתם בתחנות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מרכזוני לשון בסבב (א׳-ב׳)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