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מרכזוני לשון בסבב (א׳-ב׳)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צליל פותח וסוגר, לספור הברות ולמצוא חרוז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הסבב בתחנות ואת תפקידי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עבודה עצמאית ובדיקה עצמית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קול של עכבר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המשחק בפתיחה על השטיח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מגיעה לשלוש תחנות, ולשתי הנוספות בשבוע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 את כרטיס הכללים ודואג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(מודיע כשנשארו שתי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 בסוף כל סבב עם פס הבדיקה)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(מחזיר את הכרטיסים למעטפה)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 במרכזון כשבע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לבד ברצועת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הכרטיסים חזרה במעטפה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חתול-תרנגול, כדור-ציפור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זיהוי צליל פותח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תפקיד הבודק/ת ברצועת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שיתוף רגשי קצר על החוויה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בעל פה בישיבה במעגל לפני תחילת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השאלות לקוראים מתחילים ולתת כרטיסים עם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הדף אפשר לקשר לכרטיס היציאה האמיתי של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מרכזוני לשון בסבב (א׳-ב׳)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התלמידים עוברים בין תחנות קטנות (מרכזונים) ומתרגלים צלילים, הברות, חרוזים, קריאה וכתיבה. בדף הזה נתרגל את מה שקורה בכל שלב של השיעור.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מחיאות  ·  צליל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 על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דקות אורכת כל תחנה בסבב (כולל בדיקה)?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כלל מזכירים לפני הסבב?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קול של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קול של עכבר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לרוץ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בפתיחת השיעור משחקים במשחק "אני רואה משהו שמתחיל בצליל..."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שיעור אחד כל קבוצה מגיעה לחמש התחנות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מודיע כשנשארו שתי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מחזיר את הכרטיסים למעטפה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קורא את כרטיס הכללים ודואג שכולם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בודק בסוף כל סבב עם פס הבדיקה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בפתיחה משחקים ״אני רואה משהו שמתחיל ב__________״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סופרים הברות במילה באמצעות __________ כפיים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לבד ברצועת הבדיקה העצמית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כרטיס 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מסדרים את הכרטיסים חזרה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משחקים במרכזון כשבע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זוגות של מילים מתחרזות, כמו בתחנת למסיימים מהר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שמתחילה באותו צליל כמו השם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עשה ה"בודק" או ה"בודקת" בתחנה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מרכזוני לשון בסבב (א׳-ב׳)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